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5605C" w14:textId="77777777" w:rsidR="00A95B98" w:rsidRPr="000E4C11" w:rsidRDefault="000E4C11">
      <w:pPr>
        <w:spacing w:after="80"/>
        <w:jc w:val="center"/>
        <w:rPr>
          <w:lang w:val="ru-RU"/>
        </w:rPr>
      </w:pPr>
      <w:r w:rsidRPr="000E4C11">
        <w:rPr>
          <w:b/>
          <w:sz w:val="26"/>
          <w:lang w:val="ru-RU"/>
        </w:rPr>
        <w:t>СОГЛАСИЕ НА ОБРАБОТКУ ПЕРСОНАЛЬНЫХ ДАННЫХ</w:t>
      </w:r>
    </w:p>
    <w:p w14:paraId="370E6597" w14:textId="77777777" w:rsidR="00A95B98" w:rsidRPr="000E4C11" w:rsidRDefault="000E4C11">
      <w:pPr>
        <w:spacing w:after="320"/>
        <w:jc w:val="center"/>
        <w:rPr>
          <w:lang w:val="ru-RU"/>
        </w:rPr>
      </w:pPr>
      <w:r w:rsidRPr="000E4C11">
        <w:rPr>
          <w:sz w:val="20"/>
          <w:lang w:val="ru-RU"/>
        </w:rPr>
        <w:t xml:space="preserve">(при заполнении формы обратной связи на сайте </w:t>
      </w:r>
      <w:r>
        <w:rPr>
          <w:sz w:val="20"/>
        </w:rPr>
        <w:t>www</w:t>
      </w:r>
      <w:r w:rsidRPr="000E4C11">
        <w:rPr>
          <w:sz w:val="20"/>
          <w:lang w:val="ru-RU"/>
        </w:rPr>
        <w:t>.</w:t>
      </w:r>
      <w:r>
        <w:rPr>
          <w:sz w:val="20"/>
        </w:rPr>
        <w:t>nalogi</w:t>
      </w:r>
      <w:r w:rsidRPr="000E4C11">
        <w:rPr>
          <w:sz w:val="20"/>
          <w:lang w:val="ru-RU"/>
        </w:rPr>
        <w:t>35.</w:t>
      </w:r>
      <w:r>
        <w:rPr>
          <w:sz w:val="20"/>
        </w:rPr>
        <w:t>ru</w:t>
      </w:r>
      <w:r w:rsidRPr="000E4C11">
        <w:rPr>
          <w:sz w:val="20"/>
          <w:lang w:val="ru-RU"/>
        </w:rPr>
        <w:t>)</w:t>
      </w:r>
    </w:p>
    <w:p w14:paraId="3E5C263A" w14:textId="77777777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 xml:space="preserve">Настоящим я, действуя свободно, своей волей и в своем интересе, а также подтверждая свою дееспособность, в соответствии с требованиями Федерального закона от 27.07.2006 № 152-ФЗ «О персональных данных» даю согласие Обществу с ограниченной ответственностью </w:t>
      </w:r>
      <w:r w:rsidRPr="000E4C11">
        <w:rPr>
          <w:lang w:val="ru-RU"/>
        </w:rPr>
        <w:t xml:space="preserve">«Юридическая компания «Налоги35» (ИНН 3500020530, адрес: 160000, Вологодская область, г. Вологда, ул. Хлюстова, д. 18В) (далее — </w:t>
      </w:r>
      <w:r w:rsidRPr="000E4C11">
        <w:rPr>
          <w:b/>
          <w:lang w:val="ru-RU"/>
        </w:rPr>
        <w:t>Оператор</w:t>
      </w:r>
      <w:r w:rsidRPr="000E4C11">
        <w:rPr>
          <w:lang w:val="ru-RU"/>
        </w:rPr>
        <w:t xml:space="preserve">), на обработку моих персональных данных, указанных мною при заполнении формы обратной связи на сайте </w:t>
      </w:r>
      <w:r>
        <w:t>www</w:t>
      </w:r>
      <w:r w:rsidRPr="000E4C11">
        <w:rPr>
          <w:lang w:val="ru-RU"/>
        </w:rPr>
        <w:t>.</w:t>
      </w:r>
      <w:r>
        <w:t>nalogi</w:t>
      </w:r>
      <w:r w:rsidRPr="000E4C11">
        <w:rPr>
          <w:lang w:val="ru-RU"/>
        </w:rPr>
        <w:t>35.</w:t>
      </w:r>
      <w:r>
        <w:t>ru</w:t>
      </w:r>
      <w:r w:rsidRPr="000E4C11">
        <w:rPr>
          <w:lang w:val="ru-RU"/>
        </w:rPr>
        <w:t xml:space="preserve">, </w:t>
      </w:r>
      <w:r w:rsidRPr="000E4C11">
        <w:rPr>
          <w:lang w:val="ru-RU"/>
        </w:rPr>
        <w:t>на следующих условиях:</w:t>
      </w:r>
    </w:p>
    <w:p w14:paraId="703346C6" w14:textId="77777777" w:rsidR="00A95B98" w:rsidRPr="000E4C11" w:rsidRDefault="000E4C11">
      <w:pPr>
        <w:spacing w:before="120" w:after="160"/>
        <w:jc w:val="both"/>
        <w:rPr>
          <w:lang w:val="ru-RU"/>
        </w:rPr>
      </w:pPr>
      <w:r w:rsidRPr="000E4C11">
        <w:rPr>
          <w:b/>
          <w:lang w:val="ru-RU"/>
        </w:rPr>
        <w:t>1. Цель обработки персональных данных</w:t>
      </w:r>
    </w:p>
    <w:p w14:paraId="7A2F139C" w14:textId="77777777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>Подготовка, заключение и исполнение гражданско-правового договора, в том числе договора оказания юридических услуг, консультирование, подготовка документов, представительство в суде и иных органа</w:t>
      </w:r>
      <w:r w:rsidRPr="000E4C11">
        <w:rPr>
          <w:lang w:val="ru-RU"/>
        </w:rPr>
        <w:t>х, а также подготовка ответа на обращение, направленное через форму обратной связи на Сайте.</w:t>
      </w:r>
    </w:p>
    <w:p w14:paraId="7B104745" w14:textId="77777777" w:rsidR="00A95B98" w:rsidRPr="000E4C11" w:rsidRDefault="000E4C11">
      <w:pPr>
        <w:spacing w:before="120" w:after="160"/>
        <w:jc w:val="both"/>
        <w:rPr>
          <w:lang w:val="ru-RU"/>
        </w:rPr>
      </w:pPr>
      <w:r w:rsidRPr="000E4C11">
        <w:rPr>
          <w:b/>
          <w:lang w:val="ru-RU"/>
        </w:rPr>
        <w:t>2. Перечень персональных данных, на обработку которых даётся согласие</w:t>
      </w:r>
    </w:p>
    <w:p w14:paraId="3A8B2F28" w14:textId="77777777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>Фамилия, имя, отчество; номер контактного телефона; адрес электронной почты; содержание обращ</w:t>
      </w:r>
      <w:r w:rsidRPr="000E4C11">
        <w:rPr>
          <w:lang w:val="ru-RU"/>
        </w:rPr>
        <w:t>ения (текст сообщения/вопроса); иные сведения, добровольно указанные субъектом персональных данных при заполнении формы.</w:t>
      </w:r>
    </w:p>
    <w:p w14:paraId="089CEC93" w14:textId="77777777" w:rsidR="00A95B98" w:rsidRPr="000E4C11" w:rsidRDefault="000E4C11">
      <w:pPr>
        <w:spacing w:before="120" w:after="160"/>
        <w:jc w:val="both"/>
        <w:rPr>
          <w:lang w:val="ru-RU"/>
        </w:rPr>
      </w:pPr>
      <w:r w:rsidRPr="000E4C11">
        <w:rPr>
          <w:b/>
          <w:lang w:val="ru-RU"/>
        </w:rPr>
        <w:t>3. Перечень действий с персональными данными</w:t>
      </w:r>
    </w:p>
    <w:p w14:paraId="072C6B1E" w14:textId="77777777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>Сбор, запись, систематизация, накопление, хранение, уточнение (обновление, изменение), изв</w:t>
      </w:r>
      <w:r w:rsidRPr="000E4C11">
        <w:rPr>
          <w:lang w:val="ru-RU"/>
        </w:rPr>
        <w:t>лечение, использование, передача (предоставление, доступ), обезличивание, блокирование, удаление, уничтожение персональных данных.</w:t>
      </w:r>
    </w:p>
    <w:p w14:paraId="4E161BB7" w14:textId="77777777" w:rsidR="00A95B98" w:rsidRPr="000E4C11" w:rsidRDefault="000E4C11">
      <w:pPr>
        <w:spacing w:before="120" w:after="160"/>
        <w:jc w:val="both"/>
        <w:rPr>
          <w:lang w:val="ru-RU"/>
        </w:rPr>
      </w:pPr>
      <w:r w:rsidRPr="000E4C11">
        <w:rPr>
          <w:b/>
          <w:lang w:val="ru-RU"/>
        </w:rPr>
        <w:t>4. Способы обработки персональных данных</w:t>
      </w:r>
    </w:p>
    <w:p w14:paraId="41320FB3" w14:textId="77777777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 xml:space="preserve">Обработка персональных данных осуществляется с использованием средств автоматизации </w:t>
      </w:r>
      <w:r w:rsidRPr="000E4C11">
        <w:rPr>
          <w:lang w:val="ru-RU"/>
        </w:rPr>
        <w:t>(в том числе с использованием сети «Интернет») либо без использования таких средств, включая смешанную обработку.</w:t>
      </w:r>
    </w:p>
    <w:p w14:paraId="38912629" w14:textId="77777777" w:rsidR="00A95B98" w:rsidRPr="000E4C11" w:rsidRDefault="000E4C11">
      <w:pPr>
        <w:spacing w:before="120" w:after="160"/>
        <w:jc w:val="both"/>
        <w:rPr>
          <w:lang w:val="ru-RU"/>
        </w:rPr>
      </w:pPr>
      <w:r w:rsidRPr="000E4C11">
        <w:rPr>
          <w:b/>
          <w:lang w:val="ru-RU"/>
        </w:rPr>
        <w:t>5. Срок действия согласия и порядок его отзыва</w:t>
      </w:r>
    </w:p>
    <w:p w14:paraId="3371CE75" w14:textId="77777777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>Согласие действует в течение срока действия договора, а в случае, если договор не был заключён,</w:t>
      </w:r>
      <w:r w:rsidRPr="000E4C11">
        <w:rPr>
          <w:lang w:val="ru-RU"/>
        </w:rPr>
        <w:t xml:space="preserve"> — в течение 1 (одного) года с момента последнего обращения субъекта персональных данных к Оператору. По окончании указанных сроков персональные данные подлежат уничтожению в порядке, установленном Политикой Оператора в отношении обработки персональных дан</w:t>
      </w:r>
      <w:r w:rsidRPr="000E4C11">
        <w:rPr>
          <w:lang w:val="ru-RU"/>
        </w:rPr>
        <w:t>ных.</w:t>
      </w:r>
    </w:p>
    <w:p w14:paraId="300A36FF" w14:textId="77777777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 xml:space="preserve">Согласие может быть отозвано субъектом персональных данных в любое время путём направления Оператору письменного заявления на адрес электронной почты </w:t>
      </w:r>
      <w:r>
        <w:t>info</w:t>
      </w:r>
      <w:r w:rsidRPr="000E4C11">
        <w:rPr>
          <w:lang w:val="ru-RU"/>
        </w:rPr>
        <w:t>@</w:t>
      </w:r>
      <w:r>
        <w:t>nalogi</w:t>
      </w:r>
      <w:r w:rsidRPr="000E4C11">
        <w:rPr>
          <w:lang w:val="ru-RU"/>
        </w:rPr>
        <w:t>35.</w:t>
      </w:r>
      <w:r>
        <w:t>ru</w:t>
      </w:r>
      <w:r w:rsidRPr="000E4C11">
        <w:rPr>
          <w:lang w:val="ru-RU"/>
        </w:rPr>
        <w:t xml:space="preserve"> либо по почтовому адресу Оператора, указанному в разделе 1 настоящего Согласия.</w:t>
      </w:r>
    </w:p>
    <w:p w14:paraId="12EC9BF9" w14:textId="77777777" w:rsidR="00A95B98" w:rsidRPr="000E4C11" w:rsidRDefault="000E4C11">
      <w:pPr>
        <w:spacing w:before="120" w:after="160"/>
        <w:jc w:val="both"/>
        <w:rPr>
          <w:lang w:val="ru-RU"/>
        </w:rPr>
      </w:pPr>
      <w:r w:rsidRPr="000E4C11">
        <w:rPr>
          <w:b/>
          <w:lang w:val="ru-RU"/>
        </w:rPr>
        <w:t>6. С</w:t>
      </w:r>
      <w:r w:rsidRPr="000E4C11">
        <w:rPr>
          <w:b/>
          <w:lang w:val="ru-RU"/>
        </w:rPr>
        <w:t>пособ выражения согласия</w:t>
      </w:r>
    </w:p>
    <w:p w14:paraId="1A284FF0" w14:textId="77777777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 xml:space="preserve">Согласие выражается путём проставления отметки («галочки») в поле «Я согласен(а) с условиями обработки персональных данных» и последующего нажатия кнопки отправки формы на Сайте. Факт и время выражения согласия, а также </w:t>
      </w:r>
      <w:r>
        <w:t>IP</w:t>
      </w:r>
      <w:r w:rsidRPr="000E4C11">
        <w:rPr>
          <w:lang w:val="ru-RU"/>
        </w:rPr>
        <w:t>-адрес, с</w:t>
      </w:r>
      <w:r w:rsidRPr="000E4C11">
        <w:rPr>
          <w:lang w:val="ru-RU"/>
        </w:rPr>
        <w:t xml:space="preserve"> которого оно было выражено, фиксируются и сохраняются Оператором в качестве подтверждения получения согласия в электронной форме (ч. 4 ст. 9 №152-ФЗ).</w:t>
      </w:r>
    </w:p>
    <w:p w14:paraId="178F71AC" w14:textId="77777777" w:rsidR="00A95B98" w:rsidRPr="000E4C11" w:rsidRDefault="000E4C11">
      <w:pPr>
        <w:spacing w:before="120" w:after="160"/>
        <w:jc w:val="both"/>
        <w:rPr>
          <w:lang w:val="ru-RU"/>
        </w:rPr>
      </w:pPr>
      <w:r w:rsidRPr="000E4C11">
        <w:rPr>
          <w:b/>
          <w:lang w:val="ru-RU"/>
        </w:rPr>
        <w:t>7. Дополнительная информация</w:t>
      </w:r>
    </w:p>
    <w:p w14:paraId="750891E6" w14:textId="14FD2D8B" w:rsidR="00A95B98" w:rsidRPr="000E4C11" w:rsidRDefault="000E4C11">
      <w:pPr>
        <w:spacing w:after="160"/>
        <w:jc w:val="both"/>
        <w:rPr>
          <w:lang w:val="ru-RU"/>
        </w:rPr>
      </w:pPr>
      <w:r w:rsidRPr="000E4C11">
        <w:rPr>
          <w:lang w:val="ru-RU"/>
        </w:rPr>
        <w:t>Ознакомлен(а) с тем, что обработка персональных данных осуществляется в соо</w:t>
      </w:r>
      <w:r w:rsidRPr="000E4C11">
        <w:rPr>
          <w:lang w:val="ru-RU"/>
        </w:rPr>
        <w:t>тветствии с Политикой Оператора в отношении обработки персональных данных, размещённой на Сайте</w:t>
      </w:r>
      <w:r>
        <w:rPr>
          <w:lang w:val="ru-RU"/>
        </w:rPr>
        <w:t>.</w:t>
      </w:r>
    </w:p>
    <w:sectPr w:rsidR="00A95B98" w:rsidRPr="000E4C11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C11"/>
    <w:rsid w:val="0015074B"/>
    <w:rsid w:val="0029639D"/>
    <w:rsid w:val="00326F90"/>
    <w:rsid w:val="00A95B9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F454B63-CDBC-4F2D-AFDE-687ABF82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evgenrim28@gmail.com</cp:lastModifiedBy>
  <cp:revision>2</cp:revision>
  <dcterms:created xsi:type="dcterms:W3CDTF">2013-12-23T23:15:00Z</dcterms:created>
  <dcterms:modified xsi:type="dcterms:W3CDTF">2026-09-30T13:01:00Z</dcterms:modified>
  <cp:category/>
</cp:coreProperties>
</file>